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חזרה בספרות - אמצעים ספרותיים ומבנה 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ספרותיים נפוצים בדוגמאות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מושג ספרותי להגדרתו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הפסקה: טענה, ביסוס, הסבר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פרסוניפיקציה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היפרבולה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מפורשת עם מילת דמיון כמו 'כמו' או 'כ-')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סמויה בלי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(הענקת תכונות אדם לדבר דומם או לתופעת 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(הגזמה גדולה כדי להדגיש רעיון או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בונים פסקה טיעונית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השאלה והבנת מה מבקשים ממני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טענה - המשפט המרכזי שאני רוצה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ביסוס - הבאת דוגמה או ציטוט קצר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- איך הדוגמה תומכת בטענה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בינו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סמויה בלי מילת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הביסוס מראה שהטענה אכן נכונה ומבוססת על היצירה עצמה, ולא רק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- עם מילת דמיון, מטאפורה -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ביסוס, הסבר,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הסבר קצר לרעיון שהסמל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אחרי שימוש במשחק 'מיון אמצעים ספרותיים' כדי לחזק את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להתמקד בחלקי mc ו-match ולדלג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בכיתה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חזרה בספרות - אמצעים ספרותיים ומבנה 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כמה משחקים לחזרה לקראת בגרות בספרות: מיון אמצעים ספרותיים, התאמת ציטוטים ליצירות, חידון מהיר ובניית פסקה. דף זה מתרגל את אותם נושאים בכתב.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'השמש חייכה אל הילדים' - איזה אמצעי 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'לבו היה כאבן' - איזה אמצעי 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'חיכיתי מיליון שנים לתשובה'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סמויה בלי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הענקת תכונות אדם לדבר דומם או לתופעת 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פרסוניפיקציה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הגזמה גדולה כדי להדגיש רעיון או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היפרבולה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מפורשת עם מילת דמיון כמו 'כמו' או 'כ-'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בונים פסקה טיעונית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ביסוס - הבאת דוגמה או ציטוט קצר מהיצירה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- איך הדוגמה תומכת בטענה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השאלה והבנת מה מבקשים ממני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טענה - המשפט המרכזי שאני רוצה להוכיח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תמיד כולל מילת דמיון כמו 'כמו' או 'כ-'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מטאפורה היא השוואה גלויה עם מילת דמיון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תרגול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לכלול ביסוס (דוגמה מהיצירה) בפסקה טיעונית ולא רק טענה?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שלבי בניית 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חזרה בספרות - אמצעים ספרותיים ומבנה פסקה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