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🎓 ספרות לבגרות 8281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 חזרה בספרות - אמצעים ספרותיים ומבנה פסקה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ספרותיים נפוצים בדוגמאות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להתאים מושג ספרותי להגדרתו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מבנה הפסקה: טענה, ביסוס, הסבר וסיכום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אמצעים ספרותיים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פרסוניפיקציה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היפרבולה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פרסוניפיקציה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סמל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מושגים להגדרות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(השוואה מפורשת עם מילת דמיון כמו 'כמו' או 'כ-')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(השוואה סמויה בלי מילת דמיון)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(הענקת תכונות אדם לדבר דומם או לתופעת טבע)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(הגזמה גדולה כדי להדגיש רעיון או רגש)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(אובייקט מוחשי שמייצג רעיון מופשט כמו תקווה או חופש)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בונים פסקה טיעונית -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קריאת השאלה והבנת מה מבקשים ממני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כתיבת טענה - המשפט המרכזי שאני רוצה להוכיח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ביסוס - הבאת דוגמה או ציטוט קצר מהיצירה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הסבר - איך הדוגמה תומכת בטענה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סיכום - חזרה לטענה המרכזית וקשירת הדברים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ההבדל בינו למטאפורה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מטאפורה היא השוואה סמויה בלי מילת דמיון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ההגדרה הבסיסית של 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בלי ביסוס הטענה נשארת לא מוכחת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אלה נושאים מרכזיים בלימוד ספרות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- תרגול 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הביסוס מראה שהטענה אכן נכונה ומבוססת על היצירה עצמה, ולא רק דעה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שהפסקה כוללת טענה ברורה, דוגמה מתאימה לאמצעי שנבחר, הסבר המקשר בין הדוגמה לטענה, וסיכום החוזר לרעיון המרכזי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- עם מילת דמיון, מטאפורה - בלי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טענה, ביסוס, הסבר, 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עם הסבר קצר לרעיון שהסמל מייצג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הדף אחרי שימוש במשחק 'מיון אמצעים ספרותיים' כדי לחזק את הנלמד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כדאי להתמקד בחלקי mc ו-match ולדלג על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דוגמה אחת מודגמת בכיתה לפני הכתיבה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🎓 ספרות לבגרות 8281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 חזרה בספרות - אמצעים ספרותיים ומבנה פסקה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משחקים שעוזרים להתכונן לבחינה בספרות. בדף הזה נתרגל אותם דברים בכתיבה: אמצעים ספרותיים ואיך בונים פסקה טובה.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אמצעי ספרותי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כתיבה מיוחדת שיוצרת אפקט אצל הקורא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עם מילת דמיון כמו 'כמו' או 'כ-'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מטאפורה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בלי מילת דמיון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פרסוניפיקציה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נתינת תכונות אדם לדבר דומם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היפרבולה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הגזמה כדי להדגיש רעיון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מוחשי שמייצג רעיון מופשט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טענה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המרכזי שרוצים להוכיח בפסקה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ביסוס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דוגמה או ציטוט מהיצירה שתומכים בטענה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אמצעים ספרותיים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אמצעי יש במשפט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פרסוניפיקציה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היפרבולה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יש כאן מילת דמיון - מה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פרסוניפיקציה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אין מילת דמיון - מה זה נקרא?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היפרבולה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פרסוניפיקציה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יש כאן הגזמה גדולה - מה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היפרבולה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פרסוניפיקציה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הרוח מתנהגת כמו אדם - מה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פרסוניפיקציה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היפרבולה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היונה מייצגת רעיון - מה זה נקרא?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היפרבולה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פרסוניפיקציה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מושגים להגדרות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הענקת תכונות אדם לדבר דומם או לתופעת טבע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מטאפורה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הגזמה גדולה כדי להדגיש רעיון או רגש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פרסוניפיקציה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השוואה מפורשת עם מילת דמיון כמו 'כמו' או 'כ-'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היפרבולה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אובייקט מוחשי שמייצג רעיון מופשט כמו תקווה או חופש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השוואה סמויה בלי מילת דמיון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בונים פסקה טיעונית -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ביסוס - הבאת דוגמה או ציטוט קצר מהיצירה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קריאת השאלה והבנת מה מבקשים ממני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סיכום - חזרה לטענה המרכזית וקשירת הדברים יחד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טענה - המשפט המרכזי שאני רוצה להוכיח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- איך הדוגמה תומכת בטענה שלי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דימוי תמיד כולל מילת דמיון כמו 'כמו' או 'כ-'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מטאפורה היא השוואה גלויה עם מילת דמיון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סמל הוא אובייקט מוחשי שמייצג רעיון מופשט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לדלג על שלב הביסוס בפסקה טיעונית ועדיין לקבל פסקה טובה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חידון מהיר בספרות יכול לכלול שאלות על מחברים, דמויות, סמלים וסוגות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- תרגול 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חשוב לכלול ביסוס (דוגמה מהיצירה) בפסקה טיעונית ולא רק טענה?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אמצעי ספרותי אחד (דימוי, מטאפורה, פרסוניפיקציה, היפרבולה או סמל) וכתבו פסקה קצרה לפי המבנה: טענה, ביסוס, הסבר וסיכום, המסבירה מתי ולמה כדאי להשתמש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דימוי למטאפורה?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שלבי בניית פסקה טיעונית?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לסמל ולמה הוא מייצג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משחקי חזרה בספרות - אמצעים ספרותיים ומבנה פסקה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