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חזרה בספרות - אמצעים ספרותיים ומבנה 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ספרותיים נפוצים בדוגמאות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להתאים מושג ספרותי להגדרתו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הפסקה: טענה, ביסוס, הסבר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פרסוניפיקציה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היפרבולה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פרסוניפיקציה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מפורשת עם מילת דמיון כמו 'כמו' או 'כ-')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סמויה בלי מילת 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(הענקת תכונות אדם לדבר דומם או לתופעת 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(הגזמה גדולה כדי להדגיש רעיון או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(אובייקט מוחשי שמייצג רעיון מופשט כמו תקווה או חופש)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בונים פסקה טיעונית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קריאת השאלה והבנת מה מבקשים ממני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טענה - המשפט המרכזי שאני רוצה להוכיח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ביסוס - הבאת דוגמה או ציטוט קצר מהיצירה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- איך הדוגמה תומכת בטענה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 - חזרה לטענה המרכזית וקשירת הדברים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בינו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מטאפורה היא השוואה סמויה בלי מילת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ההגדרה הבסיסית של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בלי ביסוס הטענה נשארת לא מוכחת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נושאים מרכזיים בלימוד ספרות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תרגול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הביסוס מראה שהטענה אכן נכונה ומבוססת על היצירה עצמה, ולא רק דעה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שהפסקה כוללת טענה ברורה, דוגמה מתאימה לאמצעי שנבחר, הסבר המקשר בין הדוגמה לטענה, וסיכום החוזר לרעיון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- עם מילת דמיון, מטאפורה -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ביסוס, הסבר,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הסבר קצר לרעיון שהסמל מייצג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אחרי שימוש במשחק 'מיון אמצעים ספרותיים' כדי לחזק את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להתמקד בחלקי mc ו-match ולדלג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מודגמת בכיתה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חזרה בספרות - אמצעים ספרותיים ומבנה 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כמה משחקים לחזרה לקראת בגרות בספרות: מיון אמצעים ספרותיים, התאמת ציטוטים ליצירות, חידון מהיר ובניית פסקה. דף זה מתרגל את אותם נושאים בכתב.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'השמש חייכה אל הילדים' - איזה אמצעי 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'לבו היה כאבן' - איזה אמצעי 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'לבו אבן' (בלי מילת דמיון)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'חיכיתי מיליון שנים לתשובה'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'הרוח לחשה סוד באוזני העצים'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פרסוניפיקציה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יונה לבנה המופיעה ביצירה ומייצגת תקווה ושלום - זהו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היפרבולה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פרסוניפיקציה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אובייקט מוחשי שמייצג רעיון מופשט כמו תקווה או חופש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הגזמה גדולה כדי להדגיש רעיון או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פרסוניפיקציה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מפורשת עם מילת דמיון כמו 'כמו' או 'כ-'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היפרבולה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סמויה בלי מילת 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הענקת תכונות אדם לדבר דומם או לתופעת 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בונים פסקה טיעונית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טענה - המשפט המרכזי שאני רוצה להוכיח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ביסוס - הבאת דוגמה או ציטוט קצר מהיצירה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השאלה והבנת מה מבקשים ממני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- חזרה לטענה המרכזית וקשירת הדברים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- איך הדוגמה תומכת בטענה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כולל מילת דמיון כמו 'כמו' או 'כ-'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היא השוואה גלויה עם מילת דמיון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הוא אובייקט מוחשי שמייצג רעיון מופשט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שלב הביסוס בפסקה טיעונית ועדיין לקבל פסקה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מהיר בספרות יכול לכלול שאלות על מחברים, דמויות, סמלים וסוגות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תרגול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לכלול ביסוס (דוגמה מהיצירה) בפסקה טיעונית ולא רק טענה?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אמצעי ספרותי אחד (דימוי, מטאפורה, פרסוניפיקציה, היפרבולה או סמל) וכתבו פסקה קצרה לפי המבנה: טענה, ביסוס, הסבר וסיכום, המסבירה מתי ולמה כדאי להשתמש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שלבי בניית פסקה 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לסמל ולמה הוא מייצג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חזרה בספרות - אמצעים ספרותיים ומבנה פסקה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